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5DDE1" w14:textId="77777777" w:rsidR="00474F0B" w:rsidRDefault="00000000">
      <w:pPr>
        <w:pStyle w:val="Heading1"/>
      </w:pPr>
      <w:r>
        <w:t>Science &amp; Technology Journal — Declarations Form</w:t>
      </w:r>
    </w:p>
    <w:p w14:paraId="23CDEA50" w14:textId="77777777" w:rsidR="00474F0B" w:rsidRDefault="00000000">
      <w:pPr>
        <w:pStyle w:val="Heading2"/>
      </w:pPr>
      <w:r>
        <w:t>1. Author Contributions (CRediT Taxonomy)</w:t>
      </w:r>
    </w:p>
    <w:p w14:paraId="2DA2D65B" w14:textId="77777777" w:rsidR="00474F0B" w:rsidRDefault="00000000">
      <w:r>
        <w:t>Please specify roles for each author (select all applicable). Example:</w:t>
      </w:r>
      <w:r>
        <w:br/>
        <w:t>SK Mehta – Conceptualization, Supervision, Writing – review &amp; editing</w:t>
      </w:r>
      <w:r>
        <w:br/>
        <w:t>A. Sharma – Investigation, Data Curation</w:t>
      </w:r>
      <w:r>
        <w:br/>
        <w:t>R. Das – Formal Analysis, Writing – original draft</w:t>
      </w:r>
      <w:r>
        <w:br/>
      </w:r>
    </w:p>
    <w:p w14:paraId="5B062BFC" w14:textId="77777777" w:rsidR="00474F0B" w:rsidRDefault="00000000">
      <w:pPr>
        <w:pStyle w:val="ListBullet"/>
      </w:pPr>
      <w:r>
        <w:t>Conceptualization: ____________________</w:t>
      </w:r>
    </w:p>
    <w:p w14:paraId="16D254F7" w14:textId="77777777" w:rsidR="00474F0B" w:rsidRDefault="00000000">
      <w:pPr>
        <w:pStyle w:val="ListBullet"/>
      </w:pPr>
      <w:r>
        <w:t>Methodology: ____________________</w:t>
      </w:r>
    </w:p>
    <w:p w14:paraId="1E124938" w14:textId="77777777" w:rsidR="00474F0B" w:rsidRDefault="00000000">
      <w:pPr>
        <w:pStyle w:val="ListBullet"/>
      </w:pPr>
      <w:r>
        <w:t>Investigation: ____________________</w:t>
      </w:r>
    </w:p>
    <w:p w14:paraId="3E8FB9BE" w14:textId="77777777" w:rsidR="00474F0B" w:rsidRDefault="00000000">
      <w:pPr>
        <w:pStyle w:val="ListBullet"/>
      </w:pPr>
      <w:r>
        <w:t>Data Curation: ____________________</w:t>
      </w:r>
    </w:p>
    <w:p w14:paraId="2AD5840B" w14:textId="77777777" w:rsidR="00474F0B" w:rsidRDefault="00000000">
      <w:pPr>
        <w:pStyle w:val="ListBullet"/>
      </w:pPr>
      <w:r>
        <w:t>Formal Analysis: ____________________</w:t>
      </w:r>
    </w:p>
    <w:p w14:paraId="5C37618D" w14:textId="77777777" w:rsidR="00474F0B" w:rsidRDefault="00000000">
      <w:pPr>
        <w:pStyle w:val="ListBullet"/>
      </w:pPr>
      <w:r>
        <w:t>Writing – Original Draft: ____________________</w:t>
      </w:r>
    </w:p>
    <w:p w14:paraId="53A649F8" w14:textId="77777777" w:rsidR="00474F0B" w:rsidRDefault="00000000">
      <w:pPr>
        <w:pStyle w:val="ListBullet"/>
      </w:pPr>
      <w:r>
        <w:t>Writing – Review &amp; Editing: ____________________</w:t>
      </w:r>
    </w:p>
    <w:p w14:paraId="2D709094" w14:textId="77777777" w:rsidR="00474F0B" w:rsidRDefault="00000000">
      <w:pPr>
        <w:pStyle w:val="ListBullet"/>
      </w:pPr>
      <w:r>
        <w:t>Supervision: ____________________</w:t>
      </w:r>
    </w:p>
    <w:p w14:paraId="52673D4E" w14:textId="77777777" w:rsidR="00474F0B" w:rsidRDefault="00000000">
      <w:pPr>
        <w:pStyle w:val="ListBullet"/>
      </w:pPr>
      <w:r>
        <w:t>Funding Acquisition: ____________________</w:t>
      </w:r>
    </w:p>
    <w:p w14:paraId="5DA7B45F" w14:textId="77777777" w:rsidR="00474F0B" w:rsidRDefault="00000000">
      <w:pPr>
        <w:pStyle w:val="Heading2"/>
      </w:pPr>
      <w:r>
        <w:t>2. Conflict of Interest Statement</w:t>
      </w:r>
    </w:p>
    <w:p w14:paraId="05BF94F4" w14:textId="77777777" w:rsidR="00474F0B" w:rsidRDefault="00000000">
      <w:r>
        <w:t>☐ The authors declare no conflict of interest.</w:t>
      </w:r>
    </w:p>
    <w:p w14:paraId="21C21275" w14:textId="77777777" w:rsidR="00474F0B" w:rsidRDefault="00000000">
      <w:r>
        <w:t>☐ The following conflicts exist: ____________________</w:t>
      </w:r>
    </w:p>
    <w:p w14:paraId="2D4AE6BA" w14:textId="77777777" w:rsidR="00474F0B" w:rsidRDefault="00000000">
      <w:pPr>
        <w:pStyle w:val="Heading2"/>
      </w:pPr>
      <w:r>
        <w:t>3. Funding</w:t>
      </w:r>
    </w:p>
    <w:p w14:paraId="2D822757" w14:textId="77777777" w:rsidR="00474F0B" w:rsidRDefault="00000000">
      <w:r>
        <w:t>This work was supported by ____________________</w:t>
      </w:r>
      <w:r>
        <w:br/>
        <w:t>(If no funding, state: “This research did not receive any specific grant.”)</w:t>
      </w:r>
    </w:p>
    <w:p w14:paraId="752C102A" w14:textId="77777777" w:rsidR="00474F0B" w:rsidRDefault="00000000">
      <w:pPr>
        <w:pStyle w:val="Heading2"/>
      </w:pPr>
      <w:r>
        <w:t>4. Acknowledgements</w:t>
      </w:r>
    </w:p>
    <w:p w14:paraId="36751A1D" w14:textId="77777777" w:rsidR="00474F0B" w:rsidRDefault="00000000">
      <w:r>
        <w:t>(Write here if applicable.)</w:t>
      </w:r>
    </w:p>
    <w:p w14:paraId="457791F1" w14:textId="77777777" w:rsidR="00474F0B" w:rsidRDefault="00000000">
      <w:r>
        <w:br/>
        <w:t>Signature of Corresponding Author: ____________________</w:t>
      </w:r>
    </w:p>
    <w:p w14:paraId="1726A85D" w14:textId="77777777" w:rsidR="00474F0B" w:rsidRDefault="00000000">
      <w:r>
        <w:t>Date: ____________________</w:t>
      </w:r>
    </w:p>
    <w:sectPr w:rsidR="00474F0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552755">
    <w:abstractNumId w:val="8"/>
  </w:num>
  <w:num w:numId="2" w16cid:durableId="1380326431">
    <w:abstractNumId w:val="6"/>
  </w:num>
  <w:num w:numId="3" w16cid:durableId="422729132">
    <w:abstractNumId w:val="5"/>
  </w:num>
  <w:num w:numId="4" w16cid:durableId="2082632981">
    <w:abstractNumId w:val="4"/>
  </w:num>
  <w:num w:numId="5" w16cid:durableId="1355881963">
    <w:abstractNumId w:val="7"/>
  </w:num>
  <w:num w:numId="6" w16cid:durableId="667900821">
    <w:abstractNumId w:val="3"/>
  </w:num>
  <w:num w:numId="7" w16cid:durableId="1244493065">
    <w:abstractNumId w:val="2"/>
  </w:num>
  <w:num w:numId="8" w16cid:durableId="1011101989">
    <w:abstractNumId w:val="1"/>
  </w:num>
  <w:num w:numId="9" w16cid:durableId="1400405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32388"/>
    <w:rsid w:val="0029639D"/>
    <w:rsid w:val="00326F90"/>
    <w:rsid w:val="00474F0B"/>
    <w:rsid w:val="006B6F8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156F9"/>
  <w14:defaultImageDpi w14:val="300"/>
  <w15:docId w15:val="{46366CB8-A8F6-43CC-AC3E-BA999179C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SK Mehta</cp:lastModifiedBy>
  <cp:revision>2</cp:revision>
  <dcterms:created xsi:type="dcterms:W3CDTF">2025-09-18T14:50:00Z</dcterms:created>
  <dcterms:modified xsi:type="dcterms:W3CDTF">2025-09-18T14:50:00Z</dcterms:modified>
  <cp:category/>
</cp:coreProperties>
</file>